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59AB" w14:textId="77777777" w:rsidR="00D1217C" w:rsidRDefault="00000000">
      <w:pPr>
        <w:pStyle w:val="Title"/>
      </w:pPr>
      <w:r>
        <w:t>American Raga Band</w:t>
      </w:r>
    </w:p>
    <w:p w14:paraId="5F14E896" w14:textId="77777777" w:rsidR="00D1217C" w:rsidRDefault="00000000">
      <w:r>
        <w:t>Indo-American Raga Jazz Ensemble</w:t>
      </w:r>
    </w:p>
    <w:p w14:paraId="6395007F" w14:textId="4FF7764D" w:rsidR="00D1217C" w:rsidRDefault="00000000">
      <w:r>
        <w:t>Directed by Seema Kasthuri</w:t>
      </w:r>
    </w:p>
    <w:p w14:paraId="664105A4" w14:textId="77777777" w:rsidR="00D1217C" w:rsidRDefault="00000000">
      <w:pPr>
        <w:pStyle w:val="Heading1"/>
      </w:pPr>
      <w:r>
        <w:t>About the Ensemble</w:t>
      </w:r>
    </w:p>
    <w:p w14:paraId="0C0E701F" w14:textId="1876CAFA" w:rsidR="00D1217C" w:rsidRDefault="00000000">
      <w:r>
        <w:t>American Raga Band is a pioneering Indo-American fusion ensemble led by vocalist and composer Seema Kasthuri. The ensemble seamlessly bridges Indian classical traditions (Carnatic &amp; Hindustani) with contemporary American jazz, creating immersive musical experiences rooted in raga, rhythm, and improvisation.</w:t>
      </w:r>
      <w:r>
        <w:br/>
      </w:r>
      <w:r>
        <w:br/>
        <w:t>Their repertoire includes original compositions, reimagined ragas, devotional works, and collaborative jazz interpretations. Each performance reflects dynamic interplay between voice, Imrat guitar, flute/saxophone, bass, drum set, and Carnatic percussion.</w:t>
      </w:r>
    </w:p>
    <w:p w14:paraId="20F01601" w14:textId="77777777" w:rsidR="00D1217C" w:rsidRDefault="00000000">
      <w:pPr>
        <w:pStyle w:val="Heading1"/>
      </w:pPr>
      <w:r>
        <w:t>Band Members</w:t>
      </w:r>
    </w:p>
    <w:p w14:paraId="6CADD616" w14:textId="77777777" w:rsidR="00194872" w:rsidRPr="00194872" w:rsidRDefault="00194872" w:rsidP="00194872"/>
    <w:p w14:paraId="3588D571" w14:textId="77777777" w:rsidR="00D1217C" w:rsidRDefault="00000000" w:rsidP="00194872">
      <w:pPr>
        <w:pStyle w:val="NoSpacing"/>
      </w:pPr>
      <w:r>
        <w:t>Seema Kasthuri – Lead Vocals, Composer</w:t>
      </w:r>
    </w:p>
    <w:p w14:paraId="5D7128EA" w14:textId="77777777" w:rsidR="00D1217C" w:rsidRDefault="00000000" w:rsidP="00194872">
      <w:pPr>
        <w:pStyle w:val="NoSpacing"/>
      </w:pPr>
      <w:r>
        <w:t>Todd Mosby – Lead Guitarist &amp; Composer (Imrat Guitars)</w:t>
      </w:r>
    </w:p>
    <w:p w14:paraId="593B832E" w14:textId="77777777" w:rsidR="00D1217C" w:rsidRDefault="00000000" w:rsidP="00194872">
      <w:pPr>
        <w:pStyle w:val="NoSpacing"/>
      </w:pPr>
      <w:r>
        <w:t>Prasanna Kasthuri – Mridangam (Indian Classical Percussion)</w:t>
      </w:r>
    </w:p>
    <w:p w14:paraId="5B24644F" w14:textId="77777777" w:rsidR="00D1217C" w:rsidRDefault="00000000" w:rsidP="00194872">
      <w:pPr>
        <w:pStyle w:val="NoSpacing"/>
      </w:pPr>
      <w:r>
        <w:t>Steve Davis – Drums</w:t>
      </w:r>
    </w:p>
    <w:p w14:paraId="1E291A6B" w14:textId="77777777" w:rsidR="00D1217C" w:rsidRDefault="00000000" w:rsidP="00194872">
      <w:pPr>
        <w:pStyle w:val="NoSpacing"/>
      </w:pPr>
      <w:r>
        <w:t>Ben Coan – Bass</w:t>
      </w:r>
    </w:p>
    <w:p w14:paraId="29E74E0B" w14:textId="77777777" w:rsidR="00D1217C" w:rsidRDefault="00000000" w:rsidP="00194872">
      <w:pPr>
        <w:pStyle w:val="NoSpacing"/>
      </w:pPr>
      <w:r>
        <w:t>Premik Russell Tubbs – Flute, Saxophone (Multi-Instrumentalist)</w:t>
      </w:r>
    </w:p>
    <w:p w14:paraId="714F9D80" w14:textId="0EBFFC98" w:rsidR="00D1217C" w:rsidRDefault="00000000" w:rsidP="00194872">
      <w:pPr>
        <w:pStyle w:val="NoSpacing"/>
      </w:pPr>
      <w:r>
        <w:t>Additional Artists – Keyboards, Violin, Backup Vocalists</w:t>
      </w:r>
    </w:p>
    <w:p w14:paraId="165A311D" w14:textId="77777777" w:rsidR="00D1217C" w:rsidRDefault="00000000">
      <w:pPr>
        <w:pStyle w:val="Heading1"/>
      </w:pPr>
      <w:r>
        <w:t>Technical Overview</w:t>
      </w:r>
    </w:p>
    <w:p w14:paraId="1D1AD185" w14:textId="77777777" w:rsidR="00D1217C" w:rsidRDefault="00000000" w:rsidP="00194872">
      <w:pPr>
        <w:pStyle w:val="NoSpacing"/>
      </w:pPr>
      <w:r>
        <w:t>Downstage Center – Lead Vocal (1 mic + monitor)</w:t>
      </w:r>
    </w:p>
    <w:p w14:paraId="28E4A6B2" w14:textId="77777777" w:rsidR="00D1217C" w:rsidRDefault="00000000" w:rsidP="00194872">
      <w:pPr>
        <w:pStyle w:val="NoSpacing"/>
      </w:pPr>
      <w:r>
        <w:t>Downstage Right – Mridangam (2 microphones – right &amp; left heads + personal monitor)</w:t>
      </w:r>
    </w:p>
    <w:p w14:paraId="66DBCA29" w14:textId="77777777" w:rsidR="00D1217C" w:rsidRDefault="00000000" w:rsidP="00194872">
      <w:pPr>
        <w:pStyle w:val="NoSpacing"/>
      </w:pPr>
      <w:r>
        <w:t>Additional Mic – 1 Backup Vocal microphone</w:t>
      </w:r>
    </w:p>
    <w:p w14:paraId="18E77C63" w14:textId="77777777" w:rsidR="00D1217C" w:rsidRDefault="00000000" w:rsidP="00194872">
      <w:pPr>
        <w:pStyle w:val="NoSpacing"/>
      </w:pPr>
      <w:r>
        <w:t>Stage Left – Keys (DI)</w:t>
      </w:r>
    </w:p>
    <w:p w14:paraId="039B8E40" w14:textId="77777777" w:rsidR="00D1217C" w:rsidRDefault="00000000" w:rsidP="00194872">
      <w:pPr>
        <w:pStyle w:val="NoSpacing"/>
      </w:pPr>
      <w:r>
        <w:t>Upstage Left – Bass (Amp + DI)</w:t>
      </w:r>
    </w:p>
    <w:p w14:paraId="65A507C8" w14:textId="77777777" w:rsidR="00194872" w:rsidRDefault="00000000" w:rsidP="00194872">
      <w:pPr>
        <w:pStyle w:val="NoSpacing"/>
      </w:pPr>
      <w:r>
        <w:t>Upstage Right – Drum Kit (kick, snare, overheads)</w:t>
      </w:r>
    </w:p>
    <w:p w14:paraId="307C5B58" w14:textId="21D738A1" w:rsidR="00D1217C" w:rsidRDefault="00000000" w:rsidP="00194872">
      <w:pPr>
        <w:pStyle w:val="NoSpacing"/>
      </w:pPr>
      <w:r>
        <w:t>Mid-Stage – Guitar &amp; Flute/Sax positions</w:t>
      </w:r>
      <w:r>
        <w:br w:type="page"/>
      </w:r>
    </w:p>
    <w:p w14:paraId="31BDEBC9" w14:textId="77777777" w:rsidR="00194872" w:rsidRDefault="00194872">
      <w:pPr>
        <w:rPr>
          <w:b/>
          <w:bCs/>
        </w:rPr>
      </w:pPr>
    </w:p>
    <w:p w14:paraId="2CB0A12A" w14:textId="2FCA0E58" w:rsidR="00194872" w:rsidRDefault="00194872" w:rsidP="00194872">
      <w:pPr>
        <w:pStyle w:val="Heading1"/>
      </w:pPr>
      <w:r w:rsidRPr="00194872">
        <w:t>Stage Plot</w:t>
      </w:r>
    </w:p>
    <w:p w14:paraId="1804B724" w14:textId="77777777" w:rsidR="00194872" w:rsidRPr="00194872" w:rsidRDefault="00194872" w:rsidP="00194872"/>
    <w:p w14:paraId="753436E5" w14:textId="4E15ED63" w:rsidR="00194872" w:rsidRDefault="00194872">
      <w:pPr>
        <w:rPr>
          <w:b/>
          <w:bCs/>
        </w:rPr>
      </w:pPr>
      <w:r w:rsidRPr="00194872">
        <w:rPr>
          <w:b/>
          <w:bCs/>
        </w:rPr>
        <w:drawing>
          <wp:inline distT="0" distB="0" distL="0" distR="0" wp14:anchorId="3A40D3AB" wp14:editId="2ABD0927">
            <wp:extent cx="5486400" cy="4047490"/>
            <wp:effectExtent l="0" t="0" r="0" b="0"/>
            <wp:docPr id="1078495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49507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6076F" w14:textId="77777777" w:rsidR="00194872" w:rsidRDefault="00194872" w:rsidP="00194872">
      <w:pPr>
        <w:pStyle w:val="Heading1"/>
      </w:pPr>
      <w:r>
        <w:t>Contact</w:t>
      </w:r>
    </w:p>
    <w:p w14:paraId="4868030B" w14:textId="77777777" w:rsidR="00194872" w:rsidRDefault="00194872" w:rsidP="00194872">
      <w:r>
        <w:t>Seema Kasthuri</w:t>
      </w:r>
    </w:p>
    <w:p w14:paraId="59498F0B" w14:textId="77777777" w:rsidR="00194872" w:rsidRDefault="00194872" w:rsidP="00194872">
      <w:r>
        <w:t>Email: seemakasthurimusic@gmail.com</w:t>
      </w:r>
    </w:p>
    <w:p w14:paraId="76016EDC" w14:textId="77777777" w:rsidR="00194872" w:rsidRDefault="00194872" w:rsidP="00194872">
      <w:r>
        <w:t>Website: www.seemakasthuri.com</w:t>
      </w:r>
    </w:p>
    <w:p w14:paraId="3006F445" w14:textId="77777777" w:rsidR="00194872" w:rsidRDefault="00194872" w:rsidP="00194872">
      <w:r>
        <w:t>Phone: 313-459-9741</w:t>
      </w:r>
    </w:p>
    <w:p w14:paraId="15D5C8C5" w14:textId="77777777" w:rsidR="00194872" w:rsidRDefault="00194872" w:rsidP="00194872">
      <w:pPr>
        <w:rPr>
          <w:b/>
          <w:bCs/>
        </w:rPr>
      </w:pPr>
      <w:r w:rsidRPr="00194872">
        <w:rPr>
          <w:b/>
          <w:bCs/>
        </w:rPr>
        <w:t xml:space="preserve">YouTube: </w:t>
      </w:r>
      <w:hyperlink r:id="rId7" w:history="1">
        <w:r w:rsidRPr="00085207">
          <w:rPr>
            <w:rStyle w:val="Hyperlink"/>
            <w:b/>
            <w:bCs/>
          </w:rPr>
          <w:t>https://youtu.be/ASqh6Ed1oxI?si=6FfVHs3TeFLcHAS0</w:t>
        </w:r>
      </w:hyperlink>
    </w:p>
    <w:p w14:paraId="46AEB024" w14:textId="77777777" w:rsidR="00194872" w:rsidRPr="00194872" w:rsidRDefault="00194872">
      <w:pPr>
        <w:rPr>
          <w:b/>
          <w:bCs/>
        </w:rPr>
      </w:pPr>
    </w:p>
    <w:sectPr w:rsidR="00194872" w:rsidRPr="0019487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99692730">
    <w:abstractNumId w:val="8"/>
  </w:num>
  <w:num w:numId="2" w16cid:durableId="1226145562">
    <w:abstractNumId w:val="6"/>
  </w:num>
  <w:num w:numId="3" w16cid:durableId="1192038245">
    <w:abstractNumId w:val="5"/>
  </w:num>
  <w:num w:numId="4" w16cid:durableId="777481674">
    <w:abstractNumId w:val="4"/>
  </w:num>
  <w:num w:numId="5" w16cid:durableId="865946139">
    <w:abstractNumId w:val="7"/>
  </w:num>
  <w:num w:numId="6" w16cid:durableId="27804122">
    <w:abstractNumId w:val="3"/>
  </w:num>
  <w:num w:numId="7" w16cid:durableId="1257402263">
    <w:abstractNumId w:val="2"/>
  </w:num>
  <w:num w:numId="8" w16cid:durableId="1285229375">
    <w:abstractNumId w:val="1"/>
  </w:num>
  <w:num w:numId="9" w16cid:durableId="224028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94872"/>
    <w:rsid w:val="0029639D"/>
    <w:rsid w:val="00326F90"/>
    <w:rsid w:val="00AA1D8D"/>
    <w:rsid w:val="00B47730"/>
    <w:rsid w:val="00CB0664"/>
    <w:rsid w:val="00D1217C"/>
    <w:rsid w:val="00E2160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3B08F6"/>
  <w14:defaultImageDpi w14:val="300"/>
  <w15:docId w15:val="{9CAEABBB-B1A7-466B-9CC2-17FDFB4B1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19487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48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youtu.be/ASqh6Ed1oxI?si=6FfVHs3TeFLcHAS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Prasanna Kasthuri</cp:lastModifiedBy>
  <cp:revision>2</cp:revision>
  <dcterms:created xsi:type="dcterms:W3CDTF">2026-02-21T22:04:00Z</dcterms:created>
  <dcterms:modified xsi:type="dcterms:W3CDTF">2026-02-21T22:04:00Z</dcterms:modified>
  <cp:category/>
</cp:coreProperties>
</file>